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60B51" w14:textId="77777777" w:rsidR="00E90780" w:rsidRDefault="00F41A09">
      <w:pPr>
        <w:spacing w:after="80"/>
        <w:jc w:val="center"/>
      </w:pPr>
      <w:r>
        <w:rPr>
          <w:b/>
          <w:color w:val="2C3E50"/>
          <w:sz w:val="26"/>
        </w:rPr>
        <w:t>UPITNIK ZA ISKAZIVANJE INTERESA ZA NAJAM STANA</w:t>
      </w:r>
    </w:p>
    <w:p w14:paraId="6BDCE423" w14:textId="18B67161" w:rsidR="00E90780" w:rsidRPr="00B471D3" w:rsidRDefault="00F41A09">
      <w:pPr>
        <w:jc w:val="both"/>
        <w:rPr>
          <w:iCs/>
          <w:sz w:val="24"/>
          <w:szCs w:val="24"/>
        </w:rPr>
      </w:pPr>
      <w:r>
        <w:rPr>
          <w:i/>
          <w:sz w:val="19"/>
        </w:rPr>
        <w:t xml:space="preserve">Molimo Vas da pažljivo ispunite ovaj upitnik. Navedeni podaci koristit će se isključivo u </w:t>
      </w:r>
      <w:proofErr w:type="spellStart"/>
      <w:r>
        <w:rPr>
          <w:i/>
          <w:sz w:val="19"/>
        </w:rPr>
        <w:t>svrhu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evaluacije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potencijalnih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stanara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i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odabira</w:t>
      </w:r>
      <w:proofErr w:type="spellEnd"/>
      <w:r>
        <w:rPr>
          <w:i/>
          <w:sz w:val="19"/>
        </w:rPr>
        <w:t xml:space="preserve"> </w:t>
      </w:r>
      <w:proofErr w:type="spellStart"/>
      <w:r>
        <w:rPr>
          <w:i/>
          <w:sz w:val="19"/>
        </w:rPr>
        <w:t>najmoprimca</w:t>
      </w:r>
      <w:proofErr w:type="spellEnd"/>
      <w:r>
        <w:rPr>
          <w:i/>
          <w:sz w:val="19"/>
        </w:rPr>
        <w:t>.</w:t>
      </w:r>
      <w:r w:rsidR="00B471D3">
        <w:rPr>
          <w:i/>
          <w:sz w:val="19"/>
        </w:rPr>
        <w:t xml:space="preserve"> </w:t>
      </w:r>
      <w:proofErr w:type="spellStart"/>
      <w:r w:rsidR="00B471D3">
        <w:rPr>
          <w:i/>
          <w:sz w:val="19"/>
        </w:rPr>
        <w:t>Označite</w:t>
      </w:r>
      <w:proofErr w:type="spellEnd"/>
      <w:r w:rsidR="00B471D3">
        <w:rPr>
          <w:i/>
          <w:sz w:val="19"/>
        </w:rPr>
        <w:t xml:space="preserve"> </w:t>
      </w:r>
      <w:proofErr w:type="spellStart"/>
      <w:proofErr w:type="gramStart"/>
      <w:r w:rsidR="00B471D3">
        <w:rPr>
          <w:i/>
          <w:sz w:val="19"/>
        </w:rPr>
        <w:t>sa</w:t>
      </w:r>
      <w:proofErr w:type="spellEnd"/>
      <w:r w:rsidR="00B471D3">
        <w:rPr>
          <w:i/>
          <w:sz w:val="19"/>
        </w:rPr>
        <w:t xml:space="preserve"> </w:t>
      </w:r>
      <w:r w:rsidR="00B471D3" w:rsidRPr="00B471D3">
        <w:rPr>
          <w:b/>
          <w:bCs/>
          <w:i/>
          <w:sz w:val="19"/>
        </w:rPr>
        <w:t xml:space="preserve"> </w:t>
      </w:r>
      <w:r w:rsidR="00B471D3" w:rsidRPr="00B471D3">
        <w:rPr>
          <w:b/>
          <w:bCs/>
        </w:rPr>
        <w:t>[</w:t>
      </w:r>
      <w:proofErr w:type="gramEnd"/>
      <w:r w:rsidR="00B471D3" w:rsidRPr="00B471D3">
        <w:rPr>
          <w:b/>
          <w:bCs/>
        </w:rPr>
        <w:t xml:space="preserve"> X ]  </w:t>
      </w:r>
      <w:proofErr w:type="spellStart"/>
      <w:r w:rsidR="00B471D3">
        <w:rPr>
          <w:i/>
          <w:sz w:val="19"/>
        </w:rPr>
        <w:t>odgovarajuće</w:t>
      </w:r>
      <w:proofErr w:type="spellEnd"/>
      <w:r w:rsidR="00B471D3">
        <w:rPr>
          <w:i/>
          <w:sz w:val="19"/>
        </w:rPr>
        <w:t xml:space="preserve"> </w:t>
      </w:r>
      <w:proofErr w:type="spellStart"/>
      <w:r w:rsidR="00B471D3">
        <w:rPr>
          <w:i/>
          <w:sz w:val="19"/>
        </w:rPr>
        <w:t>mjesto</w:t>
      </w:r>
      <w:proofErr w:type="spellEnd"/>
      <w:r w:rsidR="00B471D3">
        <w:rPr>
          <w:i/>
          <w:sz w:val="19"/>
        </w:rPr>
        <w:t>.</w:t>
      </w:r>
    </w:p>
    <w:p w14:paraId="1428F805" w14:textId="77777777" w:rsidR="00E90780" w:rsidRDefault="00F41A09">
      <w:pPr>
        <w:keepNext/>
        <w:pBdr>
          <w:bottom w:val="single" w:sz="6" w:space="4" w:color="A0A0A0"/>
        </w:pBdr>
        <w:spacing w:before="160" w:after="80"/>
      </w:pPr>
      <w:r>
        <w:rPr>
          <w:b/>
          <w:color w:val="2C3E50"/>
          <w:sz w:val="21"/>
        </w:rPr>
        <w:t>1. OSOBNI PODACI</w:t>
      </w:r>
    </w:p>
    <w:p w14:paraId="02BFA17A" w14:textId="0CB7939F" w:rsidR="00E90780" w:rsidRDefault="00F41A09" w:rsidP="00F41A09">
      <w:pPr>
        <w:spacing w:after="60"/>
        <w:jc w:val="both"/>
      </w:pPr>
      <w:r>
        <w:rPr>
          <w:b/>
        </w:rPr>
        <w:t xml:space="preserve">Ime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prezime</w:t>
      </w:r>
      <w:proofErr w:type="spellEnd"/>
      <w:r>
        <w:rPr>
          <w:b/>
        </w:rPr>
        <w:t xml:space="preserve">: </w:t>
      </w:r>
      <w:r w:rsidRPr="00F41A09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>_</w:t>
      </w:r>
    </w:p>
    <w:p w14:paraId="608E4512" w14:textId="1E50C819" w:rsidR="00F41A09" w:rsidRDefault="00F41A09" w:rsidP="00F41A09">
      <w:pPr>
        <w:spacing w:after="60"/>
        <w:jc w:val="both"/>
        <w:rPr>
          <w:sz w:val="18"/>
          <w:szCs w:val="18"/>
        </w:rPr>
      </w:pPr>
      <w:proofErr w:type="spellStart"/>
      <w:r>
        <w:rPr>
          <w:b/>
        </w:rPr>
        <w:t>Broj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mobitela</w:t>
      </w:r>
      <w:proofErr w:type="spellEnd"/>
      <w:r>
        <w:rPr>
          <w:b/>
        </w:rPr>
        <w:t xml:space="preserve"> (</w:t>
      </w:r>
      <w:r w:rsidRPr="00F41A09">
        <w:rPr>
          <w:bCs/>
        </w:rPr>
        <w:t>WhatsApp</w:t>
      </w:r>
      <w:r>
        <w:rPr>
          <w:b/>
        </w:rPr>
        <w:t>):</w:t>
      </w:r>
      <w:r w:rsidRPr="00F41A09">
        <w:rPr>
          <w:b/>
          <w:sz w:val="24"/>
          <w:szCs w:val="24"/>
        </w:rPr>
        <w:t xml:space="preserve"> </w:t>
      </w:r>
      <w:r w:rsidRPr="00F41A09">
        <w:rPr>
          <w:sz w:val="28"/>
          <w:szCs w:val="28"/>
        </w:rPr>
        <w:t>_____________________________________________</w:t>
      </w:r>
      <w:r>
        <w:rPr>
          <w:sz w:val="28"/>
          <w:szCs w:val="28"/>
        </w:rPr>
        <w:t>_</w:t>
      </w:r>
      <w:r w:rsidRPr="00F41A09">
        <w:rPr>
          <w:sz w:val="28"/>
          <w:szCs w:val="28"/>
        </w:rPr>
        <w:t>___</w:t>
      </w:r>
    </w:p>
    <w:p w14:paraId="07B40800" w14:textId="62DA47A2" w:rsidR="00F41A09" w:rsidRPr="00F41A09" w:rsidRDefault="00F41A09" w:rsidP="00F41A09">
      <w:pPr>
        <w:spacing w:after="60"/>
        <w:jc w:val="both"/>
        <w:rPr>
          <w:sz w:val="18"/>
          <w:szCs w:val="18"/>
        </w:rPr>
      </w:pPr>
      <w:r>
        <w:rPr>
          <w:b/>
        </w:rPr>
        <w:t xml:space="preserve">@ </w:t>
      </w:r>
      <w:proofErr w:type="spellStart"/>
      <w:proofErr w:type="gramStart"/>
      <w:r>
        <w:rPr>
          <w:b/>
        </w:rPr>
        <w:t>adresa</w:t>
      </w:r>
      <w:proofErr w:type="spellEnd"/>
      <w:proofErr w:type="gramEnd"/>
      <w:r>
        <w:rPr>
          <w:b/>
        </w:rPr>
        <w:t xml:space="preserve"> (</w:t>
      </w:r>
      <w:proofErr w:type="spellStart"/>
      <w:r w:rsidRPr="00F41A09">
        <w:rPr>
          <w:bCs/>
        </w:rPr>
        <w:t>neobavezno</w:t>
      </w:r>
      <w:proofErr w:type="spellEnd"/>
      <w:r>
        <w:rPr>
          <w:b/>
        </w:rPr>
        <w:t xml:space="preserve">): </w:t>
      </w:r>
      <w:r w:rsidRPr="00BA3513">
        <w:rPr>
          <w:bCs/>
          <w:sz w:val="28"/>
          <w:szCs w:val="28"/>
        </w:rPr>
        <w:t>__________________________________________</w:t>
      </w:r>
      <w:r w:rsidR="00BA3513">
        <w:rPr>
          <w:bCs/>
          <w:sz w:val="28"/>
          <w:szCs w:val="28"/>
        </w:rPr>
        <w:softHyphen/>
      </w:r>
      <w:r w:rsidR="00BA3513">
        <w:rPr>
          <w:bCs/>
          <w:sz w:val="28"/>
          <w:szCs w:val="28"/>
        </w:rPr>
        <w:softHyphen/>
      </w:r>
      <w:r w:rsidR="00BA3513">
        <w:rPr>
          <w:bCs/>
          <w:sz w:val="28"/>
          <w:szCs w:val="28"/>
        </w:rPr>
        <w:softHyphen/>
      </w:r>
      <w:r w:rsidR="00BA3513">
        <w:rPr>
          <w:bCs/>
          <w:sz w:val="28"/>
          <w:szCs w:val="28"/>
        </w:rPr>
        <w:softHyphen/>
      </w:r>
      <w:r w:rsidR="00BA3513">
        <w:rPr>
          <w:bCs/>
          <w:sz w:val="28"/>
          <w:szCs w:val="28"/>
        </w:rPr>
        <w:softHyphen/>
      </w:r>
      <w:r w:rsidR="00BA3513">
        <w:rPr>
          <w:bCs/>
          <w:sz w:val="28"/>
          <w:szCs w:val="28"/>
        </w:rPr>
        <w:softHyphen/>
      </w:r>
      <w:r w:rsidRPr="00BA3513">
        <w:rPr>
          <w:bCs/>
          <w:sz w:val="28"/>
          <w:szCs w:val="28"/>
        </w:rPr>
        <w:t>_______</w:t>
      </w:r>
      <w:r w:rsidRPr="00BA3513">
        <w:rPr>
          <w:bCs/>
          <w:sz w:val="28"/>
          <w:szCs w:val="28"/>
        </w:rPr>
        <w:softHyphen/>
      </w:r>
      <w:r w:rsidRPr="00BA3513">
        <w:rPr>
          <w:bCs/>
          <w:sz w:val="28"/>
          <w:szCs w:val="28"/>
        </w:rPr>
        <w:softHyphen/>
      </w:r>
      <w:r w:rsidRPr="00BA3513">
        <w:rPr>
          <w:bCs/>
          <w:sz w:val="28"/>
          <w:szCs w:val="28"/>
        </w:rPr>
        <w:softHyphen/>
        <w:t>_</w:t>
      </w:r>
    </w:p>
    <w:p w14:paraId="4D6EB966" w14:textId="703F3949" w:rsidR="00E90780" w:rsidRDefault="00F41A09" w:rsidP="00F41A09">
      <w:pPr>
        <w:spacing w:after="80"/>
        <w:jc w:val="both"/>
      </w:pPr>
      <w:proofErr w:type="spellStart"/>
      <w:r>
        <w:rPr>
          <w:b/>
        </w:rPr>
        <w:t>Trenutačna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adresa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stanovanja</w:t>
      </w:r>
      <w:proofErr w:type="spellEnd"/>
      <w:r>
        <w:rPr>
          <w:b/>
        </w:rPr>
        <w:t xml:space="preserve">: </w:t>
      </w:r>
      <w:r w:rsidRPr="00F41A09">
        <w:rPr>
          <w:sz w:val="28"/>
          <w:szCs w:val="28"/>
        </w:rPr>
        <w:t>_________________________________________</w:t>
      </w:r>
      <w:r>
        <w:rPr>
          <w:sz w:val="28"/>
          <w:szCs w:val="28"/>
        </w:rPr>
        <w:t>_____</w:t>
      </w:r>
      <w:r w:rsidR="00B471D3">
        <w:t xml:space="preserve">     </w:t>
      </w:r>
    </w:p>
    <w:p w14:paraId="2BCB5F14" w14:textId="77777777" w:rsidR="00E90780" w:rsidRDefault="00F41A09">
      <w:pPr>
        <w:spacing w:after="40"/>
      </w:pPr>
      <w:r>
        <w:rPr>
          <w:b/>
        </w:rPr>
        <w:t>Dobna skupina (označite):</w:t>
      </w:r>
    </w:p>
    <w:p w14:paraId="340B5570" w14:textId="77777777" w:rsidR="00E90780" w:rsidRPr="00B471D3" w:rsidRDefault="00F41A09">
      <w:pPr>
        <w:spacing w:after="60"/>
        <w:rPr>
          <w:sz w:val="22"/>
        </w:rPr>
      </w:pPr>
      <w:r w:rsidRPr="00B471D3">
        <w:rPr>
          <w:sz w:val="22"/>
        </w:rPr>
        <w:t xml:space="preserve">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 18 – 22 god.      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 22 – 26 god.      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 26 – 30 god.      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 30 – 36 god.      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 36 – 46 god.</w:t>
      </w:r>
    </w:p>
    <w:p w14:paraId="31D974FE" w14:textId="77777777" w:rsidR="00E90780" w:rsidRPr="00B471D3" w:rsidRDefault="00F41A09">
      <w:pPr>
        <w:spacing w:after="80"/>
        <w:rPr>
          <w:sz w:val="22"/>
        </w:rPr>
      </w:pPr>
      <w:r w:rsidRPr="00B471D3">
        <w:rPr>
          <w:sz w:val="22"/>
        </w:rPr>
        <w:t xml:space="preserve">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 46 i više godina   |   [   ]  Točan broj godina (neobavezno): _______</w:t>
      </w:r>
    </w:p>
    <w:p w14:paraId="7E69FCCD" w14:textId="77777777" w:rsidR="00E90780" w:rsidRDefault="00F41A09">
      <w:pPr>
        <w:keepNext/>
        <w:pBdr>
          <w:bottom w:val="single" w:sz="6" w:space="4" w:color="A0A0A0"/>
        </w:pBdr>
        <w:spacing w:before="160" w:after="80"/>
      </w:pPr>
      <w:r>
        <w:rPr>
          <w:b/>
          <w:color w:val="2C3E50"/>
          <w:sz w:val="21"/>
        </w:rPr>
        <w:t>2. STATUS / SVOJSTVO</w:t>
      </w:r>
    </w:p>
    <w:p w14:paraId="43143E15" w14:textId="7C99CBF8" w:rsidR="00E90780" w:rsidRPr="00B471D3" w:rsidRDefault="00F41A09">
      <w:pPr>
        <w:spacing w:after="80"/>
        <w:rPr>
          <w:sz w:val="22"/>
        </w:rPr>
      </w:pPr>
      <w:r w:rsidRPr="00B471D3">
        <w:rPr>
          <w:sz w:val="22"/>
        </w:rPr>
        <w:t xml:space="preserve">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 Zaposlen / Zaposlena            [   ]  Student / </w:t>
      </w:r>
      <w:proofErr w:type="spellStart"/>
      <w:r w:rsidRPr="00B471D3">
        <w:rPr>
          <w:sz w:val="22"/>
        </w:rPr>
        <w:t>Studentica</w:t>
      </w:r>
      <w:proofErr w:type="spellEnd"/>
      <w:r w:rsidRPr="00B471D3">
        <w:rPr>
          <w:sz w:val="22"/>
        </w:rPr>
        <w:t xml:space="preserve">            [   ]  </w:t>
      </w:r>
      <w:proofErr w:type="spellStart"/>
      <w:r w:rsidRPr="00B471D3">
        <w:rPr>
          <w:sz w:val="22"/>
        </w:rPr>
        <w:t>Drugo</w:t>
      </w:r>
      <w:proofErr w:type="spellEnd"/>
      <w:r w:rsidRPr="00B471D3">
        <w:rPr>
          <w:sz w:val="22"/>
        </w:rPr>
        <w:t xml:space="preserve"> (</w:t>
      </w:r>
      <w:proofErr w:type="spellStart"/>
      <w:r w:rsidRPr="00B471D3">
        <w:rPr>
          <w:sz w:val="22"/>
        </w:rPr>
        <w:t>navedite</w:t>
      </w:r>
      <w:proofErr w:type="spellEnd"/>
      <w:r w:rsidRPr="00B471D3">
        <w:rPr>
          <w:sz w:val="22"/>
        </w:rPr>
        <w:t>): ___________</w:t>
      </w:r>
      <w:r w:rsidR="00B471D3">
        <w:rPr>
          <w:sz w:val="22"/>
        </w:rPr>
        <w:t>_</w:t>
      </w:r>
    </w:p>
    <w:p w14:paraId="7B34FC78" w14:textId="3AC67DAE" w:rsidR="00BA3513" w:rsidRPr="00BA3513" w:rsidRDefault="00F41A09">
      <w:pPr>
        <w:keepNext/>
        <w:pBdr>
          <w:bottom w:val="single" w:sz="6" w:space="4" w:color="A0A0A0"/>
        </w:pBdr>
        <w:spacing w:before="160" w:after="80"/>
        <w:rPr>
          <w:b/>
          <w:color w:val="2C3E50"/>
          <w:sz w:val="21"/>
        </w:rPr>
      </w:pPr>
      <w:r>
        <w:rPr>
          <w:b/>
          <w:color w:val="2C3E50"/>
          <w:sz w:val="21"/>
        </w:rPr>
        <w:t>3. DETALJI O STANOVANJU</w:t>
      </w:r>
    </w:p>
    <w:p w14:paraId="3408F0CF" w14:textId="5C016A7C" w:rsidR="00BA3513" w:rsidRPr="00BA3513" w:rsidRDefault="00BA3513">
      <w:pPr>
        <w:spacing w:after="60"/>
        <w:rPr>
          <w:bCs/>
        </w:rPr>
      </w:pPr>
      <w:r>
        <w:rPr>
          <w:b/>
        </w:rPr>
        <w:t xml:space="preserve">Stan </w:t>
      </w:r>
      <w:proofErr w:type="spellStart"/>
      <w:r>
        <w:rPr>
          <w:b/>
        </w:rPr>
        <w:t>broj</w:t>
      </w:r>
      <w:proofErr w:type="spellEnd"/>
      <w:r>
        <w:rPr>
          <w:b/>
        </w:rPr>
        <w:t xml:space="preserve"> (</w:t>
      </w:r>
      <w:r w:rsidRPr="00BA3513">
        <w:rPr>
          <w:bCs/>
        </w:rPr>
        <w:t>1-13</w:t>
      </w:r>
      <w:r>
        <w:rPr>
          <w:b/>
        </w:rPr>
        <w:t xml:space="preserve">): </w:t>
      </w:r>
      <w:r w:rsidRPr="00BA3513">
        <w:rPr>
          <w:bCs/>
          <w:sz w:val="28"/>
          <w:szCs w:val="28"/>
        </w:rPr>
        <w:t>_______</w:t>
      </w:r>
    </w:p>
    <w:p w14:paraId="2D53AB33" w14:textId="6BD0603D" w:rsidR="00E90780" w:rsidRDefault="00F41A09">
      <w:pPr>
        <w:spacing w:after="60"/>
      </w:pPr>
      <w:proofErr w:type="spellStart"/>
      <w:r>
        <w:rPr>
          <w:b/>
        </w:rPr>
        <w:t>Broj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osoba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koje</w:t>
      </w:r>
      <w:proofErr w:type="spellEnd"/>
      <w:r>
        <w:rPr>
          <w:b/>
        </w:rPr>
        <w:t xml:space="preserve"> bi </w:t>
      </w:r>
      <w:proofErr w:type="spellStart"/>
      <w:r>
        <w:rPr>
          <w:b/>
        </w:rPr>
        <w:t>boravile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stanu</w:t>
      </w:r>
      <w:proofErr w:type="spellEnd"/>
      <w:r>
        <w:rPr>
          <w:b/>
        </w:rPr>
        <w:t xml:space="preserve">: </w:t>
      </w:r>
      <w:r>
        <w:t xml:space="preserve">______   </w:t>
      </w:r>
      <w:proofErr w:type="spellStart"/>
      <w:r w:rsidR="00B471D3">
        <w:t>i</w:t>
      </w:r>
      <w:proofErr w:type="spellEnd"/>
      <w:r>
        <w:t xml:space="preserve">   </w:t>
      </w:r>
      <w:proofErr w:type="spellStart"/>
      <w:r>
        <w:rPr>
          <w:b/>
        </w:rPr>
        <w:t>Odnos</w:t>
      </w:r>
      <w:proofErr w:type="spellEnd"/>
      <w:r>
        <w:rPr>
          <w:b/>
        </w:rPr>
        <w:t xml:space="preserve">: </w:t>
      </w:r>
      <w:r>
        <w:t>_____________________________________ (</w:t>
      </w:r>
      <w:proofErr w:type="spellStart"/>
      <w:r>
        <w:t>npr</w:t>
      </w:r>
      <w:proofErr w:type="spellEnd"/>
      <w:r>
        <w:t xml:space="preserve">. </w:t>
      </w:r>
      <w:proofErr w:type="spellStart"/>
      <w:r>
        <w:t>samac</w:t>
      </w:r>
      <w:proofErr w:type="spellEnd"/>
      <w:r>
        <w:t>, par</w:t>
      </w:r>
      <w:r w:rsidR="00B471D3">
        <w:t xml:space="preserve">tner / </w:t>
      </w:r>
      <w:proofErr w:type="spellStart"/>
      <w:r w:rsidR="00B471D3">
        <w:t>ica</w:t>
      </w:r>
      <w:proofErr w:type="spellEnd"/>
      <w:r>
        <w:t xml:space="preserve">, </w:t>
      </w:r>
      <w:proofErr w:type="spellStart"/>
      <w:r>
        <w:t>obitelj</w:t>
      </w:r>
      <w:proofErr w:type="spellEnd"/>
      <w:r w:rsidR="00B471D3">
        <w:t>…</w:t>
      </w:r>
      <w:r>
        <w:t>)</w:t>
      </w:r>
    </w:p>
    <w:p w14:paraId="7DDB932C" w14:textId="77777777" w:rsidR="00E90780" w:rsidRDefault="00F41A09">
      <w:pPr>
        <w:spacing w:after="60"/>
      </w:pPr>
      <w:r>
        <w:rPr>
          <w:b/>
        </w:rPr>
        <w:t>Planirani period najma (min. 1 god</w:t>
      </w:r>
      <w:r w:rsidRPr="00B471D3">
        <w:rPr>
          <w:b/>
          <w:sz w:val="22"/>
        </w:rPr>
        <w:t xml:space="preserve">): </w:t>
      </w:r>
      <w:r w:rsidRPr="00B471D3">
        <w:rPr>
          <w:sz w:val="22"/>
        </w:rPr>
        <w:t xml:space="preserve">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1 god.      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2 god.      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3 god.      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Duže</w:t>
      </w:r>
    </w:p>
    <w:p w14:paraId="6BAA0268" w14:textId="2E74F0B4" w:rsidR="00E90780" w:rsidRDefault="00F41A09">
      <w:pPr>
        <w:spacing w:after="80"/>
      </w:pPr>
      <w:r>
        <w:rPr>
          <w:b/>
        </w:rPr>
        <w:t xml:space="preserve">Željeni datum useljenja: </w:t>
      </w:r>
      <w:r>
        <w:t>_____</w:t>
      </w:r>
      <w:r w:rsidR="00B471D3">
        <w:t>___</w:t>
      </w:r>
      <w:r>
        <w:t>. _____</w:t>
      </w:r>
      <w:r w:rsidR="00B471D3">
        <w:t>___</w:t>
      </w:r>
      <w:r>
        <w:t>. 202</w:t>
      </w:r>
      <w:r w:rsidR="00B471D3">
        <w:t>___</w:t>
      </w:r>
      <w:r>
        <w:t>. godine</w:t>
      </w:r>
    </w:p>
    <w:p w14:paraId="742B40B2" w14:textId="77777777" w:rsidR="00E90780" w:rsidRDefault="00F41A09">
      <w:pPr>
        <w:keepNext/>
        <w:pBdr>
          <w:bottom w:val="single" w:sz="6" w:space="4" w:color="A0A0A0"/>
        </w:pBdr>
        <w:spacing w:before="160" w:after="80"/>
      </w:pPr>
      <w:r>
        <w:rPr>
          <w:b/>
          <w:color w:val="2C3E50"/>
          <w:sz w:val="21"/>
        </w:rPr>
        <w:t>4. DODATNE INFORMACIJE</w:t>
      </w:r>
    </w:p>
    <w:p w14:paraId="3A5DE2AD" w14:textId="37961751" w:rsidR="00E90780" w:rsidRDefault="00F41A09">
      <w:pPr>
        <w:spacing w:after="60"/>
      </w:pPr>
      <w:r>
        <w:rPr>
          <w:b/>
        </w:rPr>
        <w:t>Imate li kućne ljubimce</w:t>
      </w:r>
      <w:r w:rsidRPr="00B471D3">
        <w:rPr>
          <w:b/>
          <w:sz w:val="22"/>
        </w:rPr>
        <w:t xml:space="preserve">?   </w:t>
      </w:r>
      <w:r w:rsidRPr="00B471D3">
        <w:rPr>
          <w:sz w:val="22"/>
        </w:rPr>
        <w:t xml:space="preserve">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Ne      [   ] Da (</w:t>
      </w:r>
      <w:proofErr w:type="spellStart"/>
      <w:r w:rsidRPr="00B471D3">
        <w:rPr>
          <w:sz w:val="22"/>
        </w:rPr>
        <w:t>vrsta</w:t>
      </w:r>
      <w:proofErr w:type="spellEnd"/>
      <w:r w:rsidRPr="00B471D3">
        <w:rPr>
          <w:sz w:val="22"/>
        </w:rPr>
        <w:t xml:space="preserve"> </w:t>
      </w:r>
      <w:proofErr w:type="spellStart"/>
      <w:r w:rsidRPr="00B471D3">
        <w:rPr>
          <w:sz w:val="22"/>
        </w:rPr>
        <w:t>i</w:t>
      </w:r>
      <w:proofErr w:type="spellEnd"/>
      <w:r w:rsidRPr="00B471D3">
        <w:rPr>
          <w:sz w:val="22"/>
        </w:rPr>
        <w:t xml:space="preserve"> </w:t>
      </w:r>
      <w:proofErr w:type="spellStart"/>
      <w:r w:rsidRPr="00B471D3">
        <w:rPr>
          <w:sz w:val="22"/>
        </w:rPr>
        <w:t>pasmina</w:t>
      </w:r>
      <w:proofErr w:type="spellEnd"/>
      <w:r w:rsidRPr="00B471D3">
        <w:rPr>
          <w:sz w:val="22"/>
        </w:rPr>
        <w:t>):</w:t>
      </w:r>
      <w:r>
        <w:t xml:space="preserve"> </w:t>
      </w:r>
      <w:r w:rsidRPr="00F41A09">
        <w:rPr>
          <w:sz w:val="28"/>
          <w:szCs w:val="28"/>
        </w:rPr>
        <w:t>___________________________</w:t>
      </w:r>
    </w:p>
    <w:p w14:paraId="1D845E89" w14:textId="77777777" w:rsidR="00B471D3" w:rsidRDefault="00F41A09">
      <w:pPr>
        <w:spacing w:after="60"/>
      </w:pPr>
      <w:r>
        <w:rPr>
          <w:b/>
        </w:rPr>
        <w:t>Jeste li pušač</w:t>
      </w:r>
      <w:r w:rsidRPr="00B471D3">
        <w:rPr>
          <w:b/>
          <w:sz w:val="22"/>
        </w:rPr>
        <w:t xml:space="preserve">?   </w:t>
      </w:r>
      <w:r w:rsidRPr="00B471D3">
        <w:rPr>
          <w:sz w:val="22"/>
        </w:rPr>
        <w:t xml:space="preserve">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Ne   [   ] Da</w:t>
      </w:r>
      <w:r>
        <w:t xml:space="preserve">     </w:t>
      </w:r>
    </w:p>
    <w:p w14:paraId="3ECDE3FC" w14:textId="6DD6D8B4" w:rsidR="00E90780" w:rsidRDefault="00F41A09">
      <w:pPr>
        <w:spacing w:after="60"/>
      </w:pPr>
      <w:proofErr w:type="spellStart"/>
      <w:r>
        <w:rPr>
          <w:b/>
        </w:rPr>
        <w:t>Koristite</w:t>
      </w:r>
      <w:proofErr w:type="spellEnd"/>
      <w:r>
        <w:rPr>
          <w:b/>
        </w:rPr>
        <w:t xml:space="preserve"> li </w:t>
      </w:r>
      <w:proofErr w:type="spellStart"/>
      <w:r>
        <w:rPr>
          <w:b/>
        </w:rPr>
        <w:t>automobil</w:t>
      </w:r>
      <w:proofErr w:type="spellEnd"/>
      <w:r>
        <w:rPr>
          <w:b/>
        </w:rPr>
        <w:t xml:space="preserve">?   </w:t>
      </w:r>
      <w:r w:rsidRPr="00B471D3">
        <w:rPr>
          <w:sz w:val="22"/>
        </w:rPr>
        <w:t xml:space="preserve">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Ne   [   ] Da</w:t>
      </w:r>
    </w:p>
    <w:p w14:paraId="7BB00BEA" w14:textId="77777777" w:rsidR="00E90780" w:rsidRDefault="00F41A09">
      <w:pPr>
        <w:spacing w:after="80"/>
      </w:pPr>
      <w:r>
        <w:rPr>
          <w:b/>
        </w:rPr>
        <w:t xml:space="preserve">Je li Vam potreban parking?   </w:t>
      </w:r>
      <w:r w:rsidRPr="00B471D3">
        <w:rPr>
          <w:sz w:val="22"/>
        </w:rPr>
        <w:t xml:space="preserve">[ </w:t>
      </w:r>
      <w:proofErr w:type="gramStart"/>
      <w:r w:rsidRPr="00B471D3">
        <w:rPr>
          <w:sz w:val="22"/>
        </w:rPr>
        <w:t xml:space="preserve">  ]</w:t>
      </w:r>
      <w:proofErr w:type="gramEnd"/>
      <w:r w:rsidRPr="00B471D3">
        <w:rPr>
          <w:sz w:val="22"/>
        </w:rPr>
        <w:t xml:space="preserve"> Ne   [   ] Da</w:t>
      </w:r>
    </w:p>
    <w:p w14:paraId="2BC61A41" w14:textId="77777777" w:rsidR="00E90780" w:rsidRDefault="00F41A09">
      <w:pPr>
        <w:keepNext/>
        <w:pBdr>
          <w:bottom w:val="single" w:sz="6" w:space="4" w:color="A0A0A0"/>
        </w:pBdr>
        <w:spacing w:before="160" w:after="80"/>
      </w:pPr>
      <w:r>
        <w:rPr>
          <w:b/>
          <w:color w:val="2C3E50"/>
          <w:sz w:val="21"/>
        </w:rPr>
        <w:t>PRIVOLA O OBRADI PODATAKA (Označite jednu opciju)</w:t>
      </w:r>
    </w:p>
    <w:p w14:paraId="69E9E808" w14:textId="77777777" w:rsidR="00E90780" w:rsidRDefault="00F41A09">
      <w:pPr>
        <w:spacing w:after="80"/>
        <w:jc w:val="both"/>
      </w:pPr>
      <w:r>
        <w:rPr>
          <w:sz w:val="19"/>
        </w:rPr>
        <w:t>Potpisom potvrđujem da su navedeni podaci točni. U slučaju da ne ostvarim najam ovog stana, želim da se s mojim podacima postupi na sljedeći način:</w:t>
      </w:r>
    </w:p>
    <w:p w14:paraId="4D77727E" w14:textId="77777777" w:rsidR="00E90780" w:rsidRDefault="00F41A09">
      <w:pPr>
        <w:spacing w:after="60"/>
        <w:ind w:left="216"/>
        <w:jc w:val="both"/>
      </w:pPr>
      <w:r w:rsidRPr="00B471D3">
        <w:rPr>
          <w:b/>
          <w:sz w:val="22"/>
        </w:rPr>
        <w:t xml:space="preserve">[ </w:t>
      </w:r>
      <w:proofErr w:type="gramStart"/>
      <w:r w:rsidRPr="00B471D3">
        <w:rPr>
          <w:b/>
          <w:sz w:val="22"/>
        </w:rPr>
        <w:t xml:space="preserve">  ]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Opcija</w:t>
      </w:r>
      <w:proofErr w:type="spellEnd"/>
      <w:r>
        <w:rPr>
          <w:b/>
        </w:rPr>
        <w:t xml:space="preserve"> A: </w:t>
      </w:r>
      <w:proofErr w:type="spellStart"/>
      <w:r>
        <w:t>Želim</w:t>
      </w:r>
      <w:proofErr w:type="spellEnd"/>
      <w:r>
        <w:t xml:space="preserve"> da se svi moji podaci trajno izbrišu i unište odmah nakon završetka procesa odabira za ovaj stan.</w:t>
      </w:r>
    </w:p>
    <w:p w14:paraId="7A7021B7" w14:textId="3D5EEE57" w:rsidR="00E90780" w:rsidRDefault="00F41A09">
      <w:pPr>
        <w:spacing w:after="300"/>
        <w:ind w:left="216"/>
        <w:jc w:val="both"/>
      </w:pPr>
      <w:r w:rsidRPr="00B471D3">
        <w:rPr>
          <w:b/>
          <w:sz w:val="22"/>
        </w:rPr>
        <w:t xml:space="preserve">[ </w:t>
      </w:r>
      <w:proofErr w:type="gramStart"/>
      <w:r w:rsidRPr="00B471D3">
        <w:rPr>
          <w:b/>
          <w:sz w:val="22"/>
        </w:rPr>
        <w:t xml:space="preserve">  ]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Opcija</w:t>
      </w:r>
      <w:proofErr w:type="spellEnd"/>
      <w:r>
        <w:rPr>
          <w:b/>
        </w:rPr>
        <w:t xml:space="preserve"> B: </w:t>
      </w:r>
      <w:proofErr w:type="spellStart"/>
      <w:r>
        <w:t>Suglasan</w:t>
      </w:r>
      <w:proofErr w:type="spellEnd"/>
      <w:r>
        <w:t xml:space="preserve">/a </w:t>
      </w:r>
      <w:proofErr w:type="spellStart"/>
      <w:r>
        <w:t>sam</w:t>
      </w:r>
      <w:proofErr w:type="spellEnd"/>
      <w:r>
        <w:t xml:space="preserve"> da zadržite moje podatke u </w:t>
      </w:r>
      <w:proofErr w:type="spellStart"/>
      <w:r>
        <w:t>bazi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me </w:t>
      </w:r>
      <w:proofErr w:type="spellStart"/>
      <w:r>
        <w:t>kontaktirate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WhatsAppa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@ </w:t>
      </w:r>
      <w:proofErr w:type="spellStart"/>
      <w:r>
        <w:t>ako</w:t>
      </w:r>
      <w:proofErr w:type="spellEnd"/>
      <w:r>
        <w:t xml:space="preserve"> se u </w:t>
      </w:r>
      <w:proofErr w:type="spellStart"/>
      <w:r>
        <w:t>budućnosti</w:t>
      </w:r>
      <w:proofErr w:type="spellEnd"/>
      <w:r>
        <w:t xml:space="preserve"> oslobodi ovaj ili neki drugi stan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Vaše</w:t>
      </w:r>
      <w:proofErr w:type="spellEnd"/>
      <w:r>
        <w:t xml:space="preserve"> </w:t>
      </w:r>
      <w:proofErr w:type="spellStart"/>
      <w:r>
        <w:t>ponude</w:t>
      </w:r>
      <w:proofErr w:type="spellEnd"/>
      <w:r>
        <w:t>.</w:t>
      </w:r>
    </w:p>
    <w:p w14:paraId="7DEA4A88" w14:textId="77777777" w:rsidR="00BA3513" w:rsidRDefault="00BA3513">
      <w:pPr>
        <w:spacing w:after="300"/>
        <w:ind w:left="216"/>
        <w:jc w:val="both"/>
      </w:pPr>
    </w:p>
    <w:p w14:paraId="7FF605B8" w14:textId="0BE66CCA" w:rsidR="00F41A09" w:rsidRDefault="00F41A09">
      <w:pPr>
        <w:spacing w:before="300" w:after="0"/>
      </w:pPr>
      <w:r>
        <w:t xml:space="preserve">Datum _____. _____. 202___. </w:t>
      </w:r>
      <w:proofErr w:type="spellStart"/>
      <w:r>
        <w:t>Godine</w:t>
      </w:r>
      <w:proofErr w:type="spellEnd"/>
    </w:p>
    <w:p w14:paraId="21E83563" w14:textId="77777777" w:rsidR="00F41A09" w:rsidRDefault="00F41A09">
      <w:pPr>
        <w:spacing w:before="300" w:after="0"/>
      </w:pPr>
    </w:p>
    <w:p w14:paraId="7E7C7BFA" w14:textId="77777777" w:rsidR="00E90780" w:rsidRDefault="00F41A09">
      <w:pPr>
        <w:spacing w:before="200"/>
        <w:jc w:val="right"/>
      </w:pPr>
      <w:r>
        <w:rPr>
          <w:b/>
        </w:rPr>
        <w:t>_______________________________________</w:t>
      </w:r>
      <w:r>
        <w:rPr>
          <w:b/>
        </w:rPr>
        <w:br/>
      </w:r>
      <w:r>
        <w:rPr>
          <w:i/>
          <w:sz w:val="18"/>
        </w:rPr>
        <w:t>(Vlastoručni potpis podnositelja interesa)</w:t>
      </w:r>
    </w:p>
    <w:sectPr w:rsidR="00E90780" w:rsidSect="00034616">
      <w:pgSz w:w="11909" w:h="16834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1D3"/>
    <w:rsid w:val="00B47730"/>
    <w:rsid w:val="00BA3513"/>
    <w:rsid w:val="00CB0664"/>
    <w:rsid w:val="00E90780"/>
    <w:rsid w:val="00F41A0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06439D"/>
  <w14:defaultImageDpi w14:val="300"/>
  <w15:docId w15:val="{B4D80410-7ACB-48FE-81AC-7C3C798DB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tara trncevic</cp:lastModifiedBy>
  <cp:revision>5</cp:revision>
  <dcterms:created xsi:type="dcterms:W3CDTF">2013-12-23T23:15:00Z</dcterms:created>
  <dcterms:modified xsi:type="dcterms:W3CDTF">2026-10-16T10:19:00Z</dcterms:modified>
  <cp:category/>
</cp:coreProperties>
</file>